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Receuil de problèmes déquations de physique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Vladimirov.V/ Mikhaïlov.V/ Chabounine. M/ Karimova.Kh/ Sidorov. Y/ Vacharine.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physique mathématique/ physique théorique/ </w:t>
            </w:r>
          </w:p>
        </w:tc>
      </w:tr>
    </w:tbl>
    <w:p>
      <w:pPr>
        <w:pStyle w:val="Heading3"/>
      </w:pPr>
      <w:r>
        <w:t>Résumé :</w:t>
      </w:r>
    </w:p>
    <w:p>
      <w:r>
        <w:t>Le présent receuil s'inspire de ces cours et les complète d'une facon substantielle .en plus des problèmes aux limites classique ,il comprend de nombreux autres qui n'admettent que des solutions généralisées.et dont l'étude demande l'emploi  méyhodes et résultatsde l'analyse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