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l'analyse numérique des équations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Raviart; Pierre-Arnaud/ Thomas, Jean André/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2100039652</w:t>
            </w:r>
          </w:p>
        </w:tc>
      </w:tr>
      <w:tr>
        <w:trPr>
          <w:trHeight w:val="567"/>
        </w:trPr>
        <w:tc>
          <w:tcPr>
            <w:tcW w:type="dxa" w:w="3000"/>
          </w:tcPr>
          <w:p>
            <w:r>
              <w:t>Sujet(s)</w:t>
            </w:r>
          </w:p>
        </w:tc>
        <w:tc>
          <w:tcPr>
            <w:tcW w:type="dxa" w:w="7000"/>
          </w:tcPr>
          <w:p>
            <w:r>
              <w:t xml:space="preserve">mathématique/ </w:t>
            </w:r>
          </w:p>
        </w:tc>
      </w:tr>
    </w:tbl>
    <w:p>
      <w:pPr>
        <w:pStyle w:val="Heading3"/>
      </w:pPr>
      <w:r>
        <w:t>Résumé :</w:t>
      </w:r>
    </w:p>
    <w:p>
      <w:r>
        <w:t>Traite de l'étude théorique des problèmes aux limites pour les équations aux dérivées partielles linéaires et de leur approximation numérique par la méthode des éléments finis. S'adresse aux étudiants de licence ou de maitrise de mathématiques ainsi qu'aux élèves des écoles d'ingénieurs. Avec un recueil d'exercices corrigés.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