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Chimie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Ouahes, R/ Dévallez, B/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OPU/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372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chimie/ </w:t>
            </w:r>
          </w:p>
        </w:tc>
      </w:tr>
    </w:tbl>
    <w:p>
      <w:pPr>
        <w:pStyle w:val="Heading3"/>
      </w:pPr>
      <w:r>
        <w:t>Résumé :</w:t>
      </w:r>
    </w:p>
    <w:p>
      <w:r>
        <w:t>Cet ouvrage est destiné aux étudiants de première cycle de l'enseignement supérieur (P.P.,C.B.,B.G.), des classes prépatoires aux Grandes Ecoles (A,B,C) et du C.P.E.M.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