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d'analyse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Rudin, Walter/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320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2840741083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est une introduction progressive et rigoureuse à l'analyse moderne, qui s'adresse non seulement aux étudiants de premier cycle mais aussi, certains chapitres ou parties de chapitres débordant largement de ce cadre, à ceux plus avancés dans leur cursus, notamment les candidats aux concours de recrutement, CAPES ou Agrégation, qui pourront donc l'utiliser avec profit. Aucune démonstration n'est laissée de côté et chaque chapitre est suivi d'un certain nombre d'exercices de difficulté variée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