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Topologie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Queffélec, Hervé/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3e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XIII-271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Sciences sup(N°:None)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9782100507740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topologie/ </w:t>
            </w:r>
          </w:p>
        </w:tc>
      </w:tr>
    </w:tbl>
    <w:p>
      <w:pPr>
        <w:pStyle w:val="Heading3"/>
      </w:pPr>
      <w:r>
        <w:t>Résumé :</w:t>
      </w:r>
    </w:p>
    <w:p>
      <w:r>
        <w:t>Cet ouvrage a été rédigé de manière à pouvoir être utilisé à plusieurs niveaux : dès le niveau L3, avec les notions et définitions de base, certains passages pouvant être omis en première lecture ; aux niveaux M1 et agrégations ensuite, avec un approfondissement de notions plus délicates.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