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 MP*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Radi, Bouchaib/ Abdelkhalak El Hami/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26 x 18 cm</w:t>
            </w:r>
          </w:p>
        </w:tc>
      </w:tr>
      <w:tr>
        <w:trPr>
          <w:trHeight w:val="567"/>
        </w:trPr>
        <w:tc>
          <w:tcPr>
            <w:tcW w:type="dxa" w:w="3000"/>
          </w:tcPr>
          <w:p>
            <w:r>
              <w:t>Collection</w:t>
            </w:r>
          </w:p>
        </w:tc>
        <w:tc>
          <w:tcPr>
            <w:tcW w:type="dxa" w:w="7000"/>
          </w:tcPr>
          <w:p>
            <w:r>
              <w:t>Classes prépas sciences(N°:None)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9782340002609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 ouvrage conforme au nouveau programme des classes préparatoires en mathématiques et en physique, ce manuel permet de se préparer aux épreuves des grandes écoles scientifiques. En treize chapitres sont abordées les différentes notions du programme concernant l'analyse, l'algèbre et le calcul de probabilités. Avec des exercices d'application et des problèmes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