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Ramis, Edmond/ Deschamps, Claude/ Odoux,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VIII-370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2100041770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Aborde les notions fondamentales de l'analyse : construction du corps réels, topologie, étude des fonctions d'une variable réelle et intégration. Se termine par l'étude du calcul différentiel.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