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Variables complexes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Spiege, Murray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 Computing Essentials/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2704200203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Chaque chapitre commence par un exposé de définitions, principes et théorèmes, illustré de nombreux exemples. Il est suivi d'un ensemble gradué de problèmes résolus et de problèmes supplémentaires.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