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l'art de l'ingénieur.T3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Parodi;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fonction de variable/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: Fonction analytiques ou monogénes, Notion de fonction de variable complexe,  fonction analytique ou monogéne, propriétés de la dérivée des fonctions analytiques.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