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[Trois] 3 minutes pour comprendre les 50 plus grandes théories scientifiques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Parsons; Paul/ Paul ,Parsons/ Martin, Rees/ contributeurs Jim Al-Khalili, Susan Blackmore/ </w:t>
            </w:r>
          </w:p>
        </w:tc>
      </w:tr>
      <w:tr>
        <w:trPr>
          <w:trHeight w:val="567"/>
        </w:trPr>
        <w:tc>
          <w:tcPr>
            <w:tcW w:type="dxa" w:w="3000"/>
          </w:tcPr>
          <w:p>
            <w:r>
              <w:t>Adresse bib.</w:t>
            </w:r>
          </w:p>
        </w:tc>
        <w:tc>
          <w:tcPr>
            <w:tcW w:type="dxa" w:w="7000"/>
          </w:tcPr>
          <w:p>
            <w:r>
              <w:t xml:space="preserve">le Courrier du livre/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3 minutes pour comprendre(N°:None)</w:t>
            </w:r>
          </w:p>
        </w:tc>
      </w:tr>
      <w:tr>
        <w:trPr>
          <w:trHeight w:val="567"/>
        </w:trPr>
        <w:tc>
          <w:tcPr>
            <w:tcW w:type="dxa" w:w="3000"/>
          </w:tcPr>
          <w:p>
            <w:r>
              <w:t>Numéro d'Identification</w:t>
            </w:r>
          </w:p>
        </w:tc>
        <w:tc>
          <w:tcPr>
            <w:tcW w:type="dxa" w:w="7000"/>
          </w:tcPr>
          <w:p>
            <w:r>
              <w:t>9782702907832</w:t>
            </w:r>
          </w:p>
        </w:tc>
      </w:tr>
      <w:tr>
        <w:trPr>
          <w:trHeight w:val="567"/>
        </w:trPr>
        <w:tc>
          <w:tcPr>
            <w:tcW w:type="dxa" w:w="3000"/>
          </w:tcPr>
          <w:p>
            <w:r>
              <w:t>Sujet(s)</w:t>
            </w:r>
          </w:p>
        </w:tc>
        <w:tc>
          <w:tcPr>
            <w:tcW w:type="dxa" w:w="7000"/>
          </w:tcPr>
          <w:p>
            <w:r>
              <w:t xml:space="preserve">scientifique/ comprendre/ Minute/ </w:t>
            </w:r>
          </w:p>
        </w:tc>
      </w:tr>
    </w:tbl>
    <w:p>
      <w:pPr>
        <w:pStyle w:val="Heading3"/>
      </w:pPr>
      <w:r>
        <w:t>Résumé :</w:t>
      </w:r>
    </w:p>
    <w:p>
      <w:r>
        <w:t>La théorie du chaos, l'unification, la théorie de la relativité, le chat de Schr?dinger, la psychologie cognitive, la psychanalyse...: bien sûr, vous en avez tous entendu parler, mais savez-vous vraiment de quoi il s'agit ? Voici enfin un livre de "vulgarisation intelligente", qui vous aidera à comprendre les 5o théories scientifiques les plus révolutionnaires. Il met les plus grands experts scientifiques au défi d'abandonner le jargon qui leur est si cher pour expliquer les théories les plus complexes en : 30 secondes, 2 pages, 300 mots et i image, soit 3 minutes en tout pour comprendre ! Le temps est peut-être relatif, mais il est aussi précieux dans un monde qui semble tourner toujours plus vite. Ici, dans un volume unique, vous aurez accès aux idées des plus grands hommes de science et pourrez comprendre la plupart des clés qui régissent notre univers. Paul Parsons réunit, dans cet ouvrage, les travaux de huit scientifiques et écrivains de renommée internationale : Jim Al-Khalili, Susan Blackmore, Michael Brooks, John Gribbin,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