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appliquées à l'art de l'ingénieur.T3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diffférentielle/ équation intégralle/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premier chapitres suivants:                                                                                                                                                  -Equations différentielles.                                                                                                                                                                                              -Equations aux dérivées partielles.                                                                                                                                                                           -Equations intégrales.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