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appliquees à l'art de l'ingénieur.T1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Parodi, motrice/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SEDES/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L'ouvrage contient des exercices de mathématiques à l'art de l'ingénieur.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