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appliquées à l'art de l'ingénieur.T2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Parodi;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d'édition d'enseignement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la variable complexe/ analyse symbolique/ applications physique/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les premier chapitres suivants:                                                                                                                       -Ensemble de nombres et de points.                                                                                                                                      -Généralité sur les fonctions de une ou plusieures variables réélles.                                                                                   -L'intégrale define sipmle.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