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 objective-C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Soulard, Hervé/ Hillegass, Aaron/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Big nerd ranch(N°:None)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289-296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langage objective/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au langage objective-C, un langage de programmation orienté objet utilisé principalement pour le développement d'applications sur les systèmes macOS et iOS.</w:t>
        <w:br/>
        <w:br/>
        <w:t>Le livre commence par les bases de la programmation C, sur lesquelles Objective-C est construit, avant d'introduire les concepts clés de la programmation orientée objet : classes, objets, héritage, encapsulation, et polymorphisme.</w:t>
        <w:br/>
        <w:br/>
        <w:t>Les chapitres couvrent :</w:t>
        <w:br/>
        <w:br/>
        <w:t>-La syntaxe et les structures fondamentales d'Objective-C,</w:t>
        <w:br/>
        <w:br/>
        <w:t>-La gestion de la mémoire (y compris l'ARC - Automatic Reference Counting),</w:t>
        <w:br/>
        <w:br/>
        <w:t>-La déclaration et implémentation des classes,</w:t>
        <w:br/>
        <w:br/>
        <w:t>-L'envoi de messages, les protocoles et catégories,</w:t>
        <w:br/>
        <w:br/>
        <w:t>-L'utilisation de Cocoa et Cocoa Touch pour construire des interfaces graphiques,</w:t>
        <w:br/>
        <w:br/>
        <w:t>-Des exemples d'applications iOS simples pour illustrer les concepts.</w:t>
        <w:br/>
        <w:br/>
        <w:t>L'ouvrage est souvent accompagné d'exercices pratiques et de projets de développement pour apprendre à structurer des applications fonctionnelles.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