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de recherche opérationnelle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Desbazeille,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2ème.éd.nov.tirage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décision(N°:None)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Bibliogr.p.p.343-346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2040000453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opérationnelle/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,outil de travail et de oerfectionnement nécessaire à tous ceux qui suivent ou ont suivi un cours de recherche opérationnelle.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