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Ingénierie des systèmes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Flory, André/ Lyon, Insa/ Chrisment, Claude/ </w:t>
            </w:r>
          </w:p>
        </w:tc>
      </w:tr>
      <w:tr>
        <w:trPr>
          <w:trHeight w:val="567"/>
        </w:trPr>
        <w:tc>
          <w:tcPr>
            <w:tcW w:type="dxa" w:w="3000"/>
          </w:tcPr>
          <w:p>
            <w:r>
              <w:t>Adresse bib.</w:t>
            </w:r>
          </w:p>
        </w:tc>
        <w:tc>
          <w:tcPr>
            <w:tcW w:type="dxa" w:w="7000"/>
          </w:tcPr>
          <w:p>
            <w:r>
              <w:t xml:space="preserve">Herm es science publications/ </w:t>
            </w:r>
          </w:p>
        </w:tc>
      </w:tr>
      <w:tr>
        <w:trPr>
          <w:trHeight w:val="567"/>
        </w:trPr>
        <w:tc>
          <w:tcPr>
            <w:tcW w:type="dxa" w:w="3000"/>
          </w:tcPr>
          <w:p>
            <w:r>
              <w:t>Nombre de Pages</w:t>
            </w:r>
          </w:p>
        </w:tc>
        <w:tc>
          <w:tcPr>
            <w:tcW w:type="dxa" w:w="7000"/>
          </w:tcPr>
          <w:p>
            <w:r>
              <w:t>150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2746203332</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base de donnée/ site web/ système d'information/ </w:t>
            </w:r>
          </w:p>
        </w:tc>
      </w:tr>
    </w:tbl>
    <w:p>
      <w:pPr>
        <w:pStyle w:val="Heading3"/>
      </w:pPr>
      <w:r>
        <w:t>Résumé :</w:t>
      </w:r>
    </w:p>
    <w:p>
      <w:r>
        <w:t>Ce livre traite de la conception, du développement et de la gestion des systèmes d'information (SI) au sein des organisations. Il aborde les méthodes, modèles, et outils permettant d'assurer la cohérence entre les besoins métiers et les solutions informatiques.L’ouvrage présente les différentes phases du cycle de vie d’un SI : de l’analyse des besoins à la maintenance, en passant par la conception fonctionnelle, l’architecture technique et le développement. Il intègre les principes des méthodes classiques (comme Merise) et modernes (comme UML, Agile ou BPMN).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