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Précis de chimie minérale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Lee; John David/ Hérault; Valentin/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275-282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2040009167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minérale/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de facon consise mais originale les connaissance essentielles qui sont à la base de la chimie minérale descriptive .il étudie la disposision des électrons dans les atomes,les facteurs éxpliquant les types et le nombre des liaisons , la strucure des composés ioniques , covalents et de coordination.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