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Risque chimique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Margossian; Nichan/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Aide-mémoire de l'ingénieur(N°:None)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223-228.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2100065629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mesures de sécurité/ industries chimiques/ </w:t>
            </w:r>
          </w:p>
        </w:tc>
      </w:tr>
    </w:tbl>
    <w:p>
      <w:pPr>
        <w:pStyle w:val="Heading3"/>
      </w:pPr>
      <w:r>
        <w:t>Résumé :</w:t>
      </w:r>
    </w:p>
    <w:p>
      <w:r>
        <w:t>Fournit toutes les informations à connaître pour entamer une démarche de prévention du risque chimique : définitions et classification des risques, aspects réglementaires, détection et évaluation des risques, méthodes de prévention.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