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Virus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Harley; David/ Slade; Robert/ Gattiker; Urs E./ Muteau, Mélanie/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Référence(N°:None)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535-552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2744013293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informatique/ virus/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référence, qui s'adresse aussi bien aux professionnels des réseaux et aux administrateurs informatiques qu'aux utilisateurs individuels, livre toutes les informations pour comprendre les virus et s'en prémunir.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