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solutions développées des exercices.T2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Allouch, D/ Mézard, A/ Vaillant, J.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2040026924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 deuxième volume des "solutions dévelopées des exercices " contient les solutions de de tous les exercices d'algèbre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