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Graphes, simulation, L-matrices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Pellaumail,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Hérmes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appliquées(N°:None)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2866013131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ordinateur/ reseau/ </w:t>
            </w:r>
          </w:p>
        </w:tc>
      </w:tr>
    </w:tbl>
    <w:p>
      <w:pPr>
        <w:pStyle w:val="Heading3"/>
      </w:pPr>
      <w:r>
        <w:t>Résumé :</w:t>
      </w:r>
    </w:p>
    <w:p>
      <w:r>
        <w:t>Traite des réseaux informatiques entre les ordinateurs avec les dernières recherches en simulation informatique. Un cours de mathématiques appliquées en informatique pour les élèves-ingénieurs et les spécialistes.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