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Mahan, Bruce H/ Kergomard,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InterEditions/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2729600641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Etude thermodynamique d'une transformation chimique. Une réaction chimique est une transformation d'un état initial vers un état final.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