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Fiches de révision en chimie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Marche; Lise/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100 % concours(N°:None)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9782100501755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des fiches de révision en Chimie générale et organique. Chaque double-page correspond à un thème du programme : en page de gauche, des QCM et des QROC pour s'auto-évaluer ; en page de droite, des rappels de cours intégrant les corrigés des QCM et des QROC. L'index très complet permet au lecteur de trouver rapidement l'information qu'il recherche.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