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pharmaceutique.T5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Gherib;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pharmacie(N°:None)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pharmaceutique/ </w:t>
            </w:r>
          </w:p>
        </w:tc>
      </w:tr>
    </w:tbl>
    <w:p>
      <w:pPr>
        <w:pStyle w:val="Heading3"/>
      </w:pPr>
      <w:r>
        <w:t>Résumé :</w:t>
      </w:r>
    </w:p>
    <w:p>
      <w:r>
        <w:t>Ce cours est une introduction a` la chimie organique pharmaceutique, étudier au meme temps que les molécules possédant le cycle fondamentale,</w:t>
        <w:br/>
        <w:br/>
        <w:t>Les dérivés plus ou moins hydrogénés</w:t>
        <w:br/>
        <w:br/>
        <w:t>Les dérivés possédant des cycles aromatiques associées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