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Osmanov; Hamid/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Bbliogr.</w:t>
            </w:r>
          </w:p>
        </w:tc>
      </w:tr>
      <w:tr>
        <w:trPr>
          <w:trHeight w:val="567"/>
        </w:trPr>
        <w:tc>
          <w:tcPr>
            <w:tcW w:type="dxa" w:w="3000"/>
          </w:tcPr>
          <w:p>
            <w:r>
              <w:t>Numéro d'Identification</w:t>
            </w:r>
          </w:p>
        </w:tc>
        <w:tc>
          <w:tcPr>
            <w:tcW w:type="dxa" w:w="7000"/>
          </w:tcPr>
          <w:p>
            <w:r>
              <w:t>9789961016497</w:t>
            </w:r>
          </w:p>
        </w:tc>
      </w:tr>
      <w:tr>
        <w:trPr>
          <w:trHeight w:val="567"/>
        </w:trPr>
        <w:tc>
          <w:tcPr>
            <w:tcW w:type="dxa" w:w="3000"/>
          </w:tcPr>
          <w:p>
            <w:r>
              <w:t>Sujet(s)</w:t>
            </w:r>
          </w:p>
        </w:tc>
        <w:tc>
          <w:tcPr>
            <w:tcW w:type="dxa" w:w="7000"/>
          </w:tcPr>
          <w:p>
            <w:r>
              <w:t xml:space="preserve">serie numérique/ annalyse mathématique/ </w:t>
            </w:r>
          </w:p>
        </w:tc>
      </w:tr>
    </w:tbl>
    <w:p>
      <w:pPr>
        <w:pStyle w:val="Heading3"/>
      </w:pPr>
      <w:r>
        <w:t>Résumé :</w:t>
      </w:r>
    </w:p>
    <w:p>
      <w:r>
        <w:t>Le présent ouvrage traite une partie importante de l’analyse Mathématiques, à savoir la théorie des séries. On traite des séries numériques, suite des fonctions, séries des fonctions, séries entières et séries de Fourier. Dans chaque chapitre on donne rappels de cours et exercices corrigés. On cite les définitions, les théorèmes, les critères nécessaires pour les convergences simples, convergences uniformes des suites des fonctions et des séries de fonctions. Dans chaque chapitre on corrige une partie des exercices proposés et l’autre partie on propose pour le travail personnel des étudiants. Les exercices proposés permettent à l’étudiant d’assimiler les cours et d’évaluer ses connaissances. Il s’adresse aux étudiants des filières Sciences et Technologie, Grandes Ecoles. Licence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