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PSI mathématiques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Samuel; Baumard/ Billouet; Simon/ Fiszka; Christophe/ Batog, Guillaume/ Puyhaubert,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écrites de mathématiques de la filière PSI des grandes écoles sont présentés et accompagnés de conseils, méthodes, rappels et des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