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générales.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Pisot, Charles/ Zamansky,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universitaires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variable réelle/ nombre réel/ </w:t>
            </w:r>
          </w:p>
        </w:tc>
      </w:tr>
    </w:tbl>
    <w:p>
      <w:pPr>
        <w:pStyle w:val="Heading3"/>
      </w:pPr>
      <w:r>
        <w:t>Résumé :</w:t>
      </w:r>
    </w:p>
    <w:p>
      <w:r>
        <w:t>La Mathématique est un art et une science.Elle est aussi un jeu de l'esprit mais elle est encore une représentation du réél et comme telle aide à sa création .Il est vrai qu'elle parait trop souvent vivre de manière autonome comme si elle ne devait rien aux contraintes de la nature. C'est là une grave erreur.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