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differentielle/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-Equations aux derivees partielles linéaires par rapport aux derivees partielles</w:t>
        <w:br/>
        <w:br/>
        <w:t>-Equations  aux différentielles totales a trois variables</w:t>
        <w:br/>
        <w:br/>
        <w:t>-Notions sur les équations aux dérinées partielles générales de prrmier ordre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