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mathématique des processus optimaux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Gamkrélidzé; R./ Djilali, Embarek/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diffusion A.L.A.P./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représente le cours complet d'algèbre.il contient les émément d'algèbre linéaire et d'algèbre des polynomes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