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Outils mathématiques de la physique et de la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Vauquois, Bernard/ Kuntzmann,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