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Mortad, Mohamed Hichem/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9789961652855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analyse/ nombre réel/ </w:t>
            </w:r>
          </w:p>
        </w:tc>
      </w:tr>
    </w:tbl>
    <w:p>
      <w:pPr>
        <w:pStyle w:val="Heading3"/>
      </w:pPr>
      <w:r>
        <w:t>Résumé :</w:t>
      </w:r>
    </w:p>
    <w:p>
      <w:r>
        <w:t>Ce livre d' exercices corrigés d'analyse couvre le programme d'analyse de 1 er année universitaire : les nombres réels et complexes, les fonctions, la continuité et dérivabilité, le développement limité, les intégrales et les équations différentielles.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