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Introductory mathematics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Myskis; A. D./ Volosov; V.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799-814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mathematics/ </w:t>
            </w:r>
          </w:p>
        </w:tc>
      </w:tr>
    </w:tbl>
    <w:p>
      <w:pPr>
        <w:pStyle w:val="Heading3"/>
      </w:pPr>
      <w:r>
        <w:t>Résumé :</w:t>
      </w:r>
    </w:p>
    <w:p>
      <w:r>
        <w:t>This vomume is a collection of special courses in higher mathmatics for engineering students. intendéd for student of higher technical schools, teachers and applied scientists.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