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d'algèbre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Mortad; Mohamed Hichem/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Bilbliogr.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9789931031376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Des oetits questions qui peuvent aider l'etudiant à bien compendre le cours ; des exercices pour comprndre les notions d'algebre générale et linéare et a bien se préparer pour les teste et les examens....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