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Equations différentielles ordinaires et équations aux dérivées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Lesfari, Ahmed/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Références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9782340003675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Equations différentielles ordinaires, systèmes différentiels linéaires, flots, équations aux dérivées partielles, méthode de la diffusion inverse, formulation variationnelle des équations aux dérivées partielles, opérateurs pseudo-différentiels.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