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d'algèbre linéaire et bilinéaire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Hiriart-Urruty, Jean-Baptiste/ Plusquellec;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Languedoc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285428187X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algébre/ </w:t>
            </w:r>
          </w:p>
        </w:tc>
      </w:tr>
    </w:tbl>
    <w:p>
      <w:pPr>
        <w:pStyle w:val="Heading3"/>
      </w:pPr>
      <w:r>
        <w:t>Résumé :</w:t>
      </w:r>
    </w:p>
    <w:p>
      <w:r>
        <w:t>On présente l'algèbre linéaire et bilinéaire au niveau Bac + 2,  à partir d'exercices de difficulté graduée. sont également proposées des applications simples à l'analyse numérique matricielle et l'optimisation.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