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mathématiques de la cybernétique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Kotliar, Vladimir/ Korchounov, Y/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Cybernétique/ </w:t>
            </w:r>
          </w:p>
        </w:tc>
      </w:tr>
    </w:tbl>
    <w:p>
      <w:pPr>
        <w:pStyle w:val="Heading3"/>
      </w:pPr>
      <w:r>
        <w:t>Résumé :</w:t>
      </w:r>
    </w:p>
    <w:p>
      <w:r>
        <w:t>Il est d'usage de désigner sous le terme"cybernétiques" tout un essaim de nouvelles théories scientifiques qui apparues au cours des dernières décennies trouvent un emploi remarquablement large dans le domaine de l'automatique et de la télémécanique.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