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prépas commerciales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Martiano;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Studyrama/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Principes(N°:None)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2844724388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scientifique/ commérciale/ </w:t>
            </w:r>
          </w:p>
        </w:tc>
      </w:tr>
    </w:tbl>
    <w:p>
      <w:pPr>
        <w:pStyle w:val="Heading3"/>
      </w:pPr>
      <w:r>
        <w:t>Résumé :</w:t>
      </w:r>
    </w:p>
    <w:p>
      <w:r>
        <w:t>Propose l'ensemble du programme pour les prépas et les écoles de commerce. Illustré par des exercices corrigés, présente la méthodologie à appliquer. L'ensemble permet de mettre toutes les chances de son côté durant les épreuves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