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 discrète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Marchand, Michel/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 Boeck-Wesmael/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Accès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2804112470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 livre aborde des notions mathématiques fondamentales comme les ensembles , la récursivité,les relations,les fonctions ,les structures de groupe, les ensembles partiellement ordonnés ,les algèbres de boole,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