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Entrer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Martin;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Lavoisier-Tec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9782743022785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Un outil de travail complet pour préparer efficacement et sereinement son entrée en prépa Tout l'acquis scientifique du lycée : - De la TS à la prépa - Les résumés du cours - Des exercices types corrigés L'essentiel du cours avec : - les rappels indispensables du programme de la seconde à la terminale en maths, physique, chimie - le vocabulaire et les méthodes de travail adaptés au supérieur - une approche pédagogique progressive Consolider ses acquis avec : - des exercices incontournables pour se familiariser avec les raisonnements du supérieur - des corrigés détaillés insistant sur les principes de résolution - de nombreux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