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de l'intégration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Pagès, Gilles/ Briane,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grands cours Vuibert(N°:None)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 263-265. 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271178908X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intégral/ </w:t>
            </w:r>
          </w:p>
        </w:tc>
      </w:tr>
    </w:tbl>
    <w:p>
      <w:pPr>
        <w:pStyle w:val="Heading3"/>
      </w:pPr>
      <w:r>
        <w:t>Résumé :</w:t>
      </w:r>
    </w:p>
    <w:p>
      <w:r>
        <w:t>Ce livre est consacré à la théorie de l'intégration au sens de Lebesgue, et à ses applications. Destiné aux étudiants des diverses licences de mathématiques . On y distingue clairement les connaissances indispensables en deuxième cycle des résultats à aborder lors d'une lecture plus approfondie..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