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calcul tensoriel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Ouragh ; Youcef/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tensoriel/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 a pour but principal une présentation des concepts et applications de base de l'outil mathématique qu'est l'analyse tensorielle.Par conséquent il doit etre (je l'espré) considéré, par l'éléve ingénieur, comme une introduction ( utile et voir meme indispensable) pour mieuxpouvoir suivre tel ou tel cours de haute niveau.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