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courbes algébriques planes du troisième 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Nicaise,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Publibook/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sciences,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9782748372755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courbe algébrique/ </w:t>
            </w:r>
          </w:p>
        </w:tc>
      </w:tr>
    </w:tbl>
    <w:p>
      <w:pPr>
        <w:pStyle w:val="Heading3"/>
      </w:pPr>
      <w:r>
        <w:t>Résumé :</w:t>
      </w:r>
    </w:p>
    <w:p>
      <w:r>
        <w:t>En trois parties, l'auteur présente ses propres recherches et les théorèmes des auteurs les plus connus concernant la théorie des transversales, la projection des cubes à partir de l'écriture binomiale de leurs équations, les équations canoniques des cubiques circulaires, ortho-hyperboliques et paraboliques droites, les quartiques bi-circulaires par l'intersection de deux faisceaux de cercles.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