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sur l'approximation des fonctions M.215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Collectif/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mathematique(N°:None)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approximation/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manière schématique, le problème type dans la théorue de l'approximation des fonctions est le suivants: "approcher" les éléments d'un espace fonctionnel.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