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Krausz; Pierre/ Benhaddou; Rachida/ Granet;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9782100576296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époxydes/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simple et concise à la chimie organique. Après avoir exposé en première partie les notions générales, les auteurs passent en revue les principales catégories de molécules organiques. En fin de chapitre, un résumé des points-clés, des exercices et des QCM, tous corrigés, permettent à l'étudiant de tester ses connaissances et de se préparer pour l'examen. Dans cette nouvelle édition actualisée une partie des exercices a été renouvelée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