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quantique structurale et éléments de spectroscopie theorique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Jul, 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429-431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chimie/ structurale/ </w:t>
            </w:r>
          </w:p>
        </w:tc>
      </w:tr>
    </w:tbl>
    <w:p>
      <w:pPr>
        <w:pStyle w:val="Heading3"/>
      </w:pPr>
      <w:r>
        <w:t>Résumé :</w:t>
      </w:r>
    </w:p>
    <w:p>
      <w:r>
        <w:t>L'ouvrage débute par un exposé général de la mécanique quantique et de ses méthodes,vient ensuite l'étude des atomes à un ou plusieurs électrons. La dernière partie est consacrée à des éléments de spectroscopie.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