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électronique des molécules.T2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Yves/ Volatron, François/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2840740664</w:t>
            </w:r>
          </w:p>
        </w:tc>
      </w:tr>
      <w:tr>
        <w:trPr>
          <w:trHeight w:val="567"/>
        </w:trPr>
        <w:tc>
          <w:tcPr>
            <w:tcW w:type="dxa" w:w="3000"/>
          </w:tcPr>
          <w:p>
            <w:r>
              <w:t>Sujet(s)</w:t>
            </w:r>
          </w:p>
        </w:tc>
        <w:tc>
          <w:tcPr>
            <w:tcW w:type="dxa" w:w="7000"/>
          </w:tcPr>
          <w:p>
            <w:r>
              <w:t xml:space="preserve">structure moléculaire/ orbitale moléculaire/ </w:t>
            </w:r>
          </w:p>
        </w:tc>
      </w:tr>
    </w:tbl>
    <w:p>
      <w:pPr>
        <w:pStyle w:val="Heading3"/>
      </w:pPr>
      <w:r>
        <w:t>Résumé :</w:t>
      </w:r>
    </w:p>
    <w:p>
      <w:r>
        <w:t>"Structure électronique des molécules. T2, géométrie, réactivité et méthode de Huckel" de Jean Yves est un ouvrage qui aborde les concepts fondamentaux de la chimie moléculaire, en se concentrant sur la structure électronique des molécules et leur géométrie. Le livre explore la méthode de Huckel, qui est essentielle pour comprendre la réactivité des systèmes conjugués et des molécules aromatiques. Il présente des cours détaillés accompagnés d'exercices corrigés, permettant aux lecteurs de mettre en pratique les théories apprises. Les thèmes principaux incluent l'analyse des orbitales moléculaires, la géométrie des molécules, ainsi que les principes de la réactivité chimique. Ce livre est donc une ressource précieuse pour les étudiants et les professionnels souhaitant approfondir leur compréhension des interactions moléculaires et des propriétés chimiques.En somme, cet ouvrage combine théorie et pratique pour offrir une vue d'ensemble complète sur la structure et la réactivité des 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