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cybernétiques et technologie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Kafarov, V.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Sovétique(N°:None)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 des processus/ calculateurs numériques/ </w:t>
            </w:r>
          </w:p>
        </w:tc>
      </w:tr>
    </w:tbl>
    <w:p>
      <w:pPr>
        <w:pStyle w:val="Heading3"/>
      </w:pPr>
      <w:r>
        <w:t>Résumé :</w:t>
      </w:r>
    </w:p>
    <w:p>
      <w:r>
        <w:t>L'ouvrage récrits en entier les parties aux calculateurs numériques et à la commande automatique des systèmes de la technologie chimique .ainsi que les chapitres portant sur la simulation mathématique des processus types de la technologie chimique , sur les éléments de synthèse et d'analyse de systèmes de la technologie chimique et sur l'analyse des 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