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pour ingénieurs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Javet; Philippe  A/ Lerch; Pierre/ Plattner; Eric/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PPUR.étudiants(N°:None)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2880742846</w:t>
            </w:r>
          </w:p>
        </w:tc>
      </w:tr>
      <w:tr>
        <w:trPr>
          <w:trHeight w:val="567"/>
        </w:trPr>
        <w:tc>
          <w:tcPr>
            <w:tcW w:type="dxa" w:w="3000"/>
          </w:tcPr>
          <w:p>
            <w:r>
              <w:t>Sujet(s)</w:t>
            </w:r>
          </w:p>
        </w:tc>
        <w:tc>
          <w:tcPr>
            <w:tcW w:type="dxa" w:w="7000"/>
          </w:tcPr>
          <w:p>
            <w:r>
              <w:t xml:space="preserve">génie chimique/ chimie industrielle/ </w:t>
            </w:r>
          </w:p>
        </w:tc>
      </w:tr>
    </w:tbl>
    <w:p>
      <w:pPr>
        <w:pStyle w:val="Heading3"/>
      </w:pPr>
      <w:r>
        <w:t>Résumé :</w:t>
      </w:r>
    </w:p>
    <w:p>
      <w:r>
        <w:t>C'est un ouvrage qui vise à fournir aux étudiants en ingénierie une compréhension solide des principes fondamentaux de la chimie. Le livre aborde les concepts clés de la chimie, tels que la structure atomique, les liaisons chimiques, les réactions chimiques et les propriétés des matériaux.L'auteur met l'accent sur l'application pratique de la chimie dans le domaine de l'ingénierie, en intégrant des exemples concrets et des études de cas pour illustrer comment ces concepts sont utilisés dans des situations réelles. Le texte est conçu pour être accessible, même pour ceux qui n'ont pas de formation préalable en chimie, tout en étant suffisamment approfondi pour répondre aux besoins des futurs ingénieurs. En somme, cet ouvrage constitue une ressource précieuse pour les étudiants qui souhaitent acquérir une base solide en chimie, essentielle pour leur formation et leur future carrière dans le domaine de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