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Problemes corriges et commentes de mathematiques.T3, algebre lineaire et euclidienne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Monna; Gilbert/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Cépaduès-éd./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Bien débuter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9782854288827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 linéaire/ </w:t>
            </w:r>
          </w:p>
        </w:tc>
      </w:tr>
    </w:tbl>
    <w:p>
      <w:pPr>
        <w:pStyle w:val="Heading3"/>
      </w:pPr>
      <w:r>
        <w:t>Résumé :</w:t>
      </w:r>
    </w:p>
    <w:p>
      <w:r>
        <w:t>Chaque problème est soigneusement corrigé, commenté, et se trouve précédé de rappels de cours indispensables à sa résolution. Certains problème sont relativement simples, dautres sont plus délicats, et offrent au lecteurs la possibilité de faire une synthèse des connaissances qu'il a acquises au cours de ses études. il pourra ainsi tester son niveau et constater se progrès.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