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mathématiques modernes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Monjallon,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axiomatique/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l'essor de la science dont les conquetes ininterrompues transforment le monde à un rythme de plus en plus rapide a sans doute suscité en vous un émerveillement non dépourvu d'anxiété: sans doute avez-vous songé au role essentiel joué par les mathématiques dans cet essor: il n'est pas de domaine ou  elles ne soient indispensables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